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393C" w14:textId="77777777" w:rsidR="00A04D41" w:rsidRDefault="00000000">
      <w:pPr>
        <w:spacing w:before="40"/>
      </w:pPr>
      <w:r>
        <w:t>Thank you for volunteering with YCAPS! This form helps us keep our programs safe and well-organized. Please read and sign before your first activity. If you are under 18, a parent or guardian must also sign Section B.</w:t>
      </w:r>
    </w:p>
    <w:p w14:paraId="0856532B" w14:textId="77777777" w:rsidR="00A04D41" w:rsidRDefault="00000000">
      <w:pPr>
        <w:spacing w:before="200" w:after="60"/>
      </w:pPr>
      <w:r>
        <w:rPr>
          <w:b/>
        </w:rPr>
        <w:t>1.  Who This Covers</w:t>
      </w:r>
    </w:p>
    <w:p w14:paraId="72C15E14" w14:textId="77777777" w:rsidR="00A04D41" w:rsidRDefault="00000000">
      <w:pPr>
        <w:spacing w:before="40" w:after="120"/>
      </w:pPr>
      <w:r>
        <w:t>This form applies to all YCAPS volunteers — adults (18+) and students (under 18) — including coaches, event helpers, school liaisons, and any other volunteer role with YCAPS.</w:t>
      </w:r>
    </w:p>
    <w:p w14:paraId="7F431C17" w14:textId="77777777" w:rsidR="00A04D41" w:rsidRDefault="00000000">
      <w:pPr>
        <w:spacing w:before="200" w:after="60"/>
      </w:pPr>
      <w:r>
        <w:rPr>
          <w:b/>
        </w:rPr>
        <w:t>2.  What You're Agreeing To Do</w:t>
      </w:r>
    </w:p>
    <w:p w14:paraId="4C99926B" w14:textId="77777777" w:rsidR="00A04D41" w:rsidRDefault="00000000">
      <w:pPr>
        <w:pStyle w:val="ListBullet"/>
        <w:spacing w:after="60"/>
        <w:ind w:left="504"/>
      </w:pPr>
      <w:r>
        <w:t>Show up reliably and give your best effort.</w:t>
      </w:r>
    </w:p>
    <w:p w14:paraId="3A92FAA6" w14:textId="77777777" w:rsidR="00A04D41" w:rsidRDefault="00000000">
      <w:pPr>
        <w:pStyle w:val="ListBullet"/>
        <w:spacing w:after="60"/>
        <w:ind w:left="504"/>
      </w:pPr>
      <w:r>
        <w:t>Follow directions from YCAPS staff and program coordinators.</w:t>
      </w:r>
    </w:p>
    <w:p w14:paraId="33A67BBC" w14:textId="77777777" w:rsidR="00A04D41" w:rsidRDefault="00000000">
      <w:pPr>
        <w:pStyle w:val="ListBullet"/>
        <w:spacing w:after="60"/>
        <w:ind w:left="504"/>
      </w:pPr>
      <w:r>
        <w:t>Let us know as soon as possible if you can't make a scheduled activity.</w:t>
      </w:r>
    </w:p>
    <w:p w14:paraId="14E5B570" w14:textId="77777777" w:rsidR="00A04D41" w:rsidRDefault="00000000">
      <w:pPr>
        <w:pStyle w:val="ListBullet"/>
        <w:spacing w:after="60"/>
        <w:ind w:left="504"/>
      </w:pPr>
      <w:r>
        <w:t>Represent YCAPS positively with students, families, schools, and partners.</w:t>
      </w:r>
    </w:p>
    <w:p w14:paraId="4B6E50DE" w14:textId="77777777" w:rsidR="00A04D41" w:rsidRDefault="00000000">
      <w:pPr>
        <w:pStyle w:val="ListBullet"/>
        <w:spacing w:after="60"/>
        <w:ind w:left="504"/>
      </w:pPr>
      <w:r>
        <w:t>Attend any orientation or training YCAPS requires for your role.</w:t>
      </w:r>
    </w:p>
    <w:p w14:paraId="622143EA" w14:textId="77777777" w:rsidR="00A04D41" w:rsidRDefault="00000000">
      <w:pPr>
        <w:spacing w:before="200" w:after="60"/>
      </w:pPr>
      <w:r>
        <w:rPr>
          <w:b/>
        </w:rPr>
        <w:t>3.  How We Expect You to Behave</w:t>
      </w:r>
    </w:p>
    <w:p w14:paraId="31375E19" w14:textId="77777777" w:rsidR="00A04D41" w:rsidRDefault="00000000">
      <w:pPr>
        <w:spacing w:before="40" w:after="120"/>
      </w:pPr>
      <w:r>
        <w:t>YCAPS serves kids from many backgrounds. We expect every volunteer to:</w:t>
      </w:r>
    </w:p>
    <w:p w14:paraId="3421A2C0" w14:textId="77777777" w:rsidR="00A04D41" w:rsidRDefault="00000000">
      <w:pPr>
        <w:pStyle w:val="ListBullet"/>
        <w:spacing w:after="60"/>
        <w:ind w:left="504"/>
      </w:pPr>
      <w:r>
        <w:t>Treat everyone with respect — no bullying, harassment, or discrimination.</w:t>
      </w:r>
    </w:p>
    <w:p w14:paraId="096D6609" w14:textId="77777777" w:rsidR="00A04D41" w:rsidRDefault="00000000">
      <w:pPr>
        <w:pStyle w:val="ListBullet"/>
        <w:spacing w:after="60"/>
        <w:ind w:left="504"/>
      </w:pPr>
      <w:r>
        <w:t>Never be alone with a single child without another adult present.</w:t>
      </w:r>
    </w:p>
    <w:p w14:paraId="44F02948" w14:textId="77777777" w:rsidR="00A04D41" w:rsidRDefault="00000000">
      <w:pPr>
        <w:pStyle w:val="ListBullet"/>
        <w:spacing w:after="60"/>
        <w:ind w:left="504"/>
      </w:pPr>
      <w:r>
        <w:t>Use only YCAPS-approved channels to communicate with students and families. No private social media contact with minors.</w:t>
      </w:r>
    </w:p>
    <w:p w14:paraId="4C6C89F8" w14:textId="77777777" w:rsidR="00A04D41" w:rsidRDefault="00000000">
      <w:pPr>
        <w:pStyle w:val="ListBullet"/>
        <w:spacing w:after="60"/>
        <w:ind w:left="504"/>
      </w:pPr>
      <w:r>
        <w:t>Keep all events alcohol-, tobacco-, and drug-free.</w:t>
      </w:r>
    </w:p>
    <w:p w14:paraId="7AF5CEA0" w14:textId="77777777" w:rsidR="00A04D41" w:rsidRDefault="00000000">
      <w:pPr>
        <w:pStyle w:val="ListBullet"/>
        <w:spacing w:after="60"/>
        <w:ind w:left="504"/>
      </w:pPr>
      <w:r>
        <w:t>Report any concerns about a child's safety to a YCAPS coordinator immediately.</w:t>
      </w:r>
    </w:p>
    <w:p w14:paraId="4304C0AB" w14:textId="77777777" w:rsidR="00A04D41" w:rsidRDefault="00000000">
      <w:pPr>
        <w:spacing w:before="80" w:after="120"/>
      </w:pPr>
      <w:r>
        <w:t>Violations may result in immediate removal from YCAPS programs.</w:t>
      </w:r>
    </w:p>
    <w:p w14:paraId="28603338" w14:textId="77777777" w:rsidR="00A04D41" w:rsidRDefault="00000000">
      <w:pPr>
        <w:spacing w:before="200" w:after="60"/>
      </w:pPr>
      <w:r>
        <w:rPr>
          <w:b/>
        </w:rPr>
        <w:t>4.  No Financial or Business Use of Your YCAPS Role</w:t>
      </w:r>
    </w:p>
    <w:p w14:paraId="0D99AFAF" w14:textId="77777777" w:rsidR="00A04D41" w:rsidRDefault="00000000">
      <w:pPr>
        <w:spacing w:before="40" w:after="120"/>
      </w:pPr>
      <w:r>
        <w:t>Your YCAPS volunteer role is for the benefit of the youth and communities we serve — not for personal or business gain. Volunteers agree to:</w:t>
      </w:r>
    </w:p>
    <w:p w14:paraId="5BF572DC" w14:textId="77777777" w:rsidR="00A04D41" w:rsidRDefault="00000000">
      <w:pPr>
        <w:pStyle w:val="ListBullet"/>
        <w:spacing w:after="60"/>
        <w:ind w:left="504"/>
      </w:pPr>
      <w:r>
        <w:t>Not use their YCAPS affiliation, title, or access to solicit money, business referrals, or personal financial benefit from students, families, schools, or partners.</w:t>
      </w:r>
    </w:p>
    <w:p w14:paraId="72445B27" w14:textId="77777777" w:rsidR="00A04D41" w:rsidRDefault="00000000">
      <w:pPr>
        <w:pStyle w:val="ListBullet"/>
        <w:spacing w:after="60"/>
        <w:ind w:left="504"/>
      </w:pPr>
      <w:r>
        <w:t>Not accept payment, gifts, or compensation from any third party in connection with their YCAPS volunteer activities, unless approved in writing by YCAPS leadership.</w:t>
      </w:r>
    </w:p>
    <w:p w14:paraId="4369E353" w14:textId="77777777" w:rsidR="00A04D41" w:rsidRDefault="00000000">
      <w:pPr>
        <w:pStyle w:val="ListBullet"/>
        <w:spacing w:after="60"/>
        <w:ind w:left="504"/>
      </w:pPr>
      <w:r>
        <w:t>Not enter into any business arrangement, contract, or financial transaction on YCAPS's behalf without prior written authorization.</w:t>
      </w:r>
    </w:p>
    <w:p w14:paraId="5042C03E" w14:textId="77777777" w:rsidR="00A04D41" w:rsidRDefault="00000000">
      <w:pPr>
        <w:pStyle w:val="ListBullet"/>
        <w:spacing w:after="60"/>
        <w:ind w:left="504"/>
      </w:pPr>
      <w:r>
        <w:t>Disclose to YCAPS leadership any situation where a personal financial or business interest might conflict with the interests of YCAPS or the youth it serves.</w:t>
      </w:r>
    </w:p>
    <w:p w14:paraId="2BD5E33D" w14:textId="77777777" w:rsidR="00A04D41" w:rsidRDefault="00000000">
      <w:pPr>
        <w:spacing w:before="80" w:after="120"/>
      </w:pPr>
      <w:r>
        <w:t>Volunteers who violate this policy may be removed from their role and, where applicable, referred to appropriate authorities.</w:t>
      </w:r>
    </w:p>
    <w:p w14:paraId="477B7766" w14:textId="77777777" w:rsidR="00A04D41" w:rsidRDefault="00000000">
      <w:pPr>
        <w:spacing w:before="200" w:after="60"/>
      </w:pPr>
      <w:r>
        <w:rPr>
          <w:b/>
        </w:rPr>
        <w:t>5.  Background Checks (Adult Volunteers Only)</w:t>
      </w:r>
    </w:p>
    <w:p w14:paraId="66A04E88" w14:textId="77777777" w:rsidR="00A04D41" w:rsidRDefault="00000000">
      <w:pPr>
        <w:spacing w:before="40" w:after="120"/>
      </w:pPr>
      <w:r>
        <w:lastRenderedPageBreak/>
        <w:t>If your role involves direct contact with minors, YCAPS may run a background check. By signing this form you consent to that check. Results are kept confidential and used only to protect the youth we serve.</w:t>
      </w:r>
    </w:p>
    <w:p w14:paraId="2EF1A660" w14:textId="77777777" w:rsidR="00A04D41" w:rsidRDefault="00000000">
      <w:pPr>
        <w:spacing w:before="200" w:after="60"/>
      </w:pPr>
      <w:r>
        <w:rPr>
          <w:b/>
        </w:rPr>
        <w:t>6.  Keep It Confidential</w:t>
      </w:r>
    </w:p>
    <w:p w14:paraId="07888B18" w14:textId="77777777" w:rsidR="00A04D41" w:rsidRDefault="00000000">
      <w:pPr>
        <w:spacing w:before="40" w:after="120"/>
      </w:pPr>
      <w:r>
        <w:t>You may come across private information about students, families, or YCAPS operations. Keep that information to yourself — during and after your time as a volunteer. This applies to both adult and student volunteers.</w:t>
      </w:r>
    </w:p>
    <w:p w14:paraId="1C4CBF82" w14:textId="77777777" w:rsidR="00A04D41" w:rsidRDefault="00000000">
      <w:pPr>
        <w:spacing w:before="200" w:after="60"/>
      </w:pPr>
      <w:r>
        <w:rPr>
          <w:b/>
        </w:rPr>
        <w:t>7.  Photos and Videos</w:t>
      </w:r>
    </w:p>
    <w:p w14:paraId="475BA303" w14:textId="77777777" w:rsidR="00A04D41" w:rsidRDefault="00000000">
      <w:pPr>
        <w:spacing w:before="40" w:after="120"/>
      </w:pPr>
      <w:r>
        <w:t>YCAPS may photograph or film volunteer activities and use those images for our website, social media, and outreach materials. By signing, you give us permission to do so at no cost. If you are a student volunteer, your guardian must authorize this in Section B. Guardians may opt out by checking the box in Section B.</w:t>
      </w:r>
    </w:p>
    <w:p w14:paraId="21897A31" w14:textId="77777777" w:rsidR="00A04D41" w:rsidRDefault="00000000">
      <w:pPr>
        <w:spacing w:before="200" w:after="60"/>
      </w:pPr>
      <w:r>
        <w:rPr>
          <w:b/>
        </w:rPr>
        <w:t>8.  Risk and Liability</w:t>
      </w:r>
    </w:p>
    <w:p w14:paraId="322163F2" w14:textId="77777777" w:rsidR="00A04D41" w:rsidRDefault="00000000">
      <w:pPr>
        <w:spacing w:before="40" w:after="120"/>
      </w:pPr>
      <w:r>
        <w:t>Cricket and outdoor activities carry some physical risk. By signing, you acknowledge that risk and agree to participate voluntarily. To the extent allowed by law, you release YCAPS and its officers, staff, and fellow volunteers from liability for injuries or losses during volunteer activities — except where caused by YCAPS's own serious negligence or misconduct.</w:t>
      </w:r>
    </w:p>
    <w:p w14:paraId="460412F4" w14:textId="77777777" w:rsidR="00A04D41" w:rsidRDefault="00000000">
      <w:pPr>
        <w:spacing w:before="40" w:after="120"/>
      </w:pPr>
      <w:r>
        <w:t>For student volunteers, the guardian's signature in Section B confirms acceptance of these risks on the student's behalf.</w:t>
      </w:r>
    </w:p>
    <w:p w14:paraId="255804E4" w14:textId="77777777" w:rsidR="00A04D41" w:rsidRDefault="00000000">
      <w:pPr>
        <w:spacing w:before="200" w:after="60"/>
      </w:pPr>
      <w:r>
        <w:rPr>
          <w:b/>
        </w:rPr>
        <w:t>9.  This Is Voluntary — Not Employment</w:t>
      </w:r>
    </w:p>
    <w:p w14:paraId="3CC06809" w14:textId="77777777" w:rsidR="00A04D41" w:rsidRDefault="00000000">
      <w:pPr>
        <w:spacing w:before="40" w:after="120"/>
      </w:pPr>
      <w:r>
        <w:t>Volunteering with YCAPS is not employment. Either you or YCAPS can end the volunteer relationship at any time. You are not entitled to pay, benefits, or reimbursement unless separately agreed to in writing.</w:t>
      </w:r>
    </w:p>
    <w:p w14:paraId="3C63E681" w14:textId="77777777" w:rsidR="00A04D41" w:rsidRDefault="00000000">
      <w:pPr>
        <w:spacing w:before="320" w:after="60"/>
      </w:pPr>
      <w:r>
        <w:rPr>
          <w:b/>
        </w:rPr>
        <w:t>SECTION A — All Volunteers</w:t>
      </w:r>
    </w:p>
    <w:p w14:paraId="5F8EB668" w14:textId="77777777" w:rsidR="00A04D41" w:rsidRDefault="00000000">
      <w:pPr>
        <w:spacing w:before="40" w:after="160"/>
      </w:pPr>
      <w:r>
        <w:t>By signing below, I confirm I have read this form, understand it, and agree to its terms.</w:t>
      </w:r>
    </w:p>
    <w:p w14:paraId="00F8A1EE" w14:textId="77777777" w:rsidR="00A04D41" w:rsidRDefault="00000000">
      <w:pPr>
        <w:spacing w:before="160" w:after="40"/>
      </w:pPr>
      <w:r>
        <w:t>Full Name (print):   _______________________________________________</w:t>
      </w:r>
    </w:p>
    <w:p w14:paraId="5D68DB63" w14:textId="77777777" w:rsidR="00A04D41" w:rsidRDefault="00000000">
      <w:pPr>
        <w:spacing w:before="160" w:after="40"/>
      </w:pPr>
      <w:r>
        <w:t>Signature:   _______________________________________________</w:t>
      </w:r>
    </w:p>
    <w:p w14:paraId="1AB53A16" w14:textId="77777777" w:rsidR="00A04D41" w:rsidRDefault="00000000">
      <w:pPr>
        <w:spacing w:before="160" w:after="40"/>
      </w:pPr>
      <w:r>
        <w:t>Date:   _______________________________________________</w:t>
      </w:r>
    </w:p>
    <w:p w14:paraId="35822A1F" w14:textId="77777777" w:rsidR="00A04D41" w:rsidRDefault="00000000">
      <w:pPr>
        <w:spacing w:before="160" w:after="40"/>
      </w:pPr>
      <w:r>
        <w:t>Role / Program:   _______________________________________________</w:t>
      </w:r>
    </w:p>
    <w:p w14:paraId="5D96AFB7" w14:textId="77777777" w:rsidR="00A04D41" w:rsidRDefault="00000000">
      <w:pPr>
        <w:spacing w:before="160" w:after="40"/>
      </w:pPr>
      <w:r>
        <w:t>Email:   _______________________________________________</w:t>
      </w:r>
    </w:p>
    <w:p w14:paraId="78DFF21E" w14:textId="77777777" w:rsidR="00A04D41" w:rsidRDefault="00000000">
      <w:pPr>
        <w:spacing w:before="160" w:after="40"/>
      </w:pPr>
      <w:r>
        <w:t>Phone:   _______________________________________________</w:t>
      </w:r>
    </w:p>
    <w:p w14:paraId="425865A7" w14:textId="77777777" w:rsidR="00A04D41" w:rsidRDefault="00000000">
      <w:pPr>
        <w:spacing w:before="160"/>
      </w:pPr>
      <w:r>
        <w:t>I am a (check one):   □  Adult Volunteer (18+)     □  Student Volunteer (under 18)</w:t>
      </w:r>
    </w:p>
    <w:p w14:paraId="5440A224" w14:textId="77777777" w:rsidR="00A04D41" w:rsidRDefault="00000000">
      <w:pPr>
        <w:spacing w:before="320" w:after="60"/>
      </w:pPr>
      <w:r>
        <w:rPr>
          <w:b/>
        </w:rPr>
        <w:lastRenderedPageBreak/>
        <w:t>SECTION B — Parent / Guardian (Student Volunteers Only)</w:t>
      </w:r>
    </w:p>
    <w:p w14:paraId="4E991D30" w14:textId="77777777" w:rsidR="00A04D41" w:rsidRDefault="00000000">
      <w:pPr>
        <w:spacing w:before="40" w:after="120"/>
      </w:pPr>
      <w:r>
        <w:t>If the volunteer is under 18, a parent or legal guardian must complete this section. By signing, you give permission for the student to participate in YCAPS volunteer activities and accept the terms of this form on their behalf.</w:t>
      </w:r>
    </w:p>
    <w:p w14:paraId="630199AB" w14:textId="77777777" w:rsidR="00A04D41" w:rsidRDefault="00000000">
      <w:pPr>
        <w:spacing w:before="160" w:after="40"/>
      </w:pPr>
      <w:r>
        <w:t>Guardian Full Name (print):   _______________________________________________</w:t>
      </w:r>
    </w:p>
    <w:p w14:paraId="4F713027" w14:textId="77777777" w:rsidR="00A04D41" w:rsidRDefault="00000000">
      <w:pPr>
        <w:spacing w:before="160" w:after="40"/>
      </w:pPr>
      <w:r>
        <w:t>Relationship to Student:   _______________________________________________</w:t>
      </w:r>
    </w:p>
    <w:p w14:paraId="44512BBF" w14:textId="77777777" w:rsidR="00A04D41" w:rsidRDefault="00000000">
      <w:pPr>
        <w:spacing w:before="160" w:after="40"/>
      </w:pPr>
      <w:r>
        <w:t>Guardian Signature:   _______________________________________________</w:t>
      </w:r>
    </w:p>
    <w:p w14:paraId="79082795" w14:textId="77777777" w:rsidR="00A04D41" w:rsidRDefault="00000000">
      <w:pPr>
        <w:spacing w:before="160" w:after="40"/>
      </w:pPr>
      <w:r>
        <w:t>Date:   _______________________________________________</w:t>
      </w:r>
    </w:p>
    <w:p w14:paraId="48E3803B" w14:textId="77777777" w:rsidR="00A04D41" w:rsidRDefault="00000000">
      <w:pPr>
        <w:spacing w:before="160" w:after="40"/>
      </w:pPr>
      <w:r>
        <w:t>Guardian Email:   _______________________________________________</w:t>
      </w:r>
    </w:p>
    <w:p w14:paraId="5ABB3013" w14:textId="77777777" w:rsidR="00A04D41" w:rsidRDefault="00000000">
      <w:pPr>
        <w:spacing w:before="160" w:after="40"/>
      </w:pPr>
      <w:r>
        <w:t>Guardian Phone:   _______________________________________________</w:t>
      </w:r>
    </w:p>
    <w:p w14:paraId="5A301E2B" w14:textId="77777777" w:rsidR="00A04D41" w:rsidRDefault="00000000">
      <w:pPr>
        <w:spacing w:before="160"/>
      </w:pPr>
      <w:r>
        <w:t>□  I opt OUT of the photo/video release in Section 7 for this student volunteer.</w:t>
      </w:r>
    </w:p>
    <w:sectPr w:rsidR="00A04D41" w:rsidSect="00034616">
      <w:headerReference w:type="default" r:id="rId8"/>
      <w:footerReference w:type="default" r:id="rId9"/>
      <w:pgSz w:w="12240" w:h="15840"/>
      <w:pgMar w:top="1440" w:right="1800" w:bottom="1152"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A6254" w14:textId="77777777" w:rsidR="00356081" w:rsidRDefault="00356081">
      <w:pPr>
        <w:spacing w:after="0" w:line="240" w:lineRule="auto"/>
      </w:pPr>
      <w:r>
        <w:separator/>
      </w:r>
    </w:p>
  </w:endnote>
  <w:endnote w:type="continuationSeparator" w:id="0">
    <w:p w14:paraId="77F91094" w14:textId="77777777" w:rsidR="00356081" w:rsidRDefault="0035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4FCF" w14:textId="2594138A" w:rsidR="00A04D41" w:rsidRDefault="00000000">
    <w:pPr>
      <w:pStyle w:val="Footer"/>
      <w:jc w:val="center"/>
    </w:pPr>
    <w:r>
      <w:rPr>
        <w:i/>
        <w:sz w:val="16"/>
      </w:rPr>
      <w:t xml:space="preserve">Youth Cricket for American Parks and </w:t>
    </w:r>
    <w:proofErr w:type="gramStart"/>
    <w:r>
      <w:rPr>
        <w:i/>
        <w:sz w:val="16"/>
      </w:rPr>
      <w:t>Schools  ·</w:t>
    </w:r>
    <w:proofErr w:type="gramEnd"/>
    <w:r>
      <w:rPr>
        <w:i/>
        <w:sz w:val="16"/>
      </w:rPr>
      <w:t xml:space="preserve">  </w:t>
    </w:r>
    <w:proofErr w:type="spellStart"/>
    <w:proofErr w:type="gramStart"/>
    <w:r>
      <w:rPr>
        <w:i/>
        <w:sz w:val="16"/>
      </w:rPr>
      <w:t>ycaps.ngo</w:t>
    </w:r>
    <w:proofErr w:type="spellEnd"/>
    <w:r>
      <w:rPr>
        <w:i/>
        <w:sz w:val="16"/>
      </w:rPr>
      <w:t xml:space="preserve">  ·</w:t>
    </w:r>
    <w:proofErr w:type="gramEnd"/>
    <w:r>
      <w:rPr>
        <w:i/>
        <w:sz w:val="16"/>
      </w:rPr>
      <w:t xml:space="preserve">  A 501(c)(3) nonprofit incorporated in </w:t>
    </w:r>
    <w:proofErr w:type="gramStart"/>
    <w:r>
      <w:rPr>
        <w:i/>
        <w:sz w:val="16"/>
      </w:rPr>
      <w:t>Delaware  ·</w:t>
    </w:r>
    <w:proofErr w:type="gramEnd"/>
    <w:r>
      <w:rPr>
        <w:i/>
        <w:sz w:val="16"/>
      </w:rPr>
      <w:t xml:space="preserve">  Page </w:t>
    </w:r>
    <w:r>
      <w:rPr>
        <w:i/>
        <w:sz w:val="16"/>
      </w:rPr>
      <w:fldChar w:fldCharType="begin"/>
    </w:r>
    <w:r>
      <w:rPr>
        <w:i/>
        <w:sz w:val="16"/>
      </w:rPr>
      <w:instrText>PAGE</w:instrText>
    </w:r>
    <w:r w:rsidR="00E946E0">
      <w:rPr>
        <w:i/>
        <w:sz w:val="16"/>
      </w:rPr>
      <w:fldChar w:fldCharType="separate"/>
    </w:r>
    <w:r w:rsidR="00E946E0">
      <w:rPr>
        <w:i/>
        <w:noProof/>
        <w:sz w:val="16"/>
      </w:rPr>
      <w:t>1</w:t>
    </w:r>
    <w:r>
      <w:rPr>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5CEEE" w14:textId="77777777" w:rsidR="00356081" w:rsidRDefault="00356081">
      <w:pPr>
        <w:spacing w:after="0" w:line="240" w:lineRule="auto"/>
      </w:pPr>
      <w:r>
        <w:separator/>
      </w:r>
    </w:p>
  </w:footnote>
  <w:footnote w:type="continuationSeparator" w:id="0">
    <w:p w14:paraId="502F7DAA" w14:textId="77777777" w:rsidR="00356081" w:rsidRDefault="00356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094A" w14:textId="77777777" w:rsidR="00A04D41" w:rsidRDefault="00000000">
    <w:pPr>
      <w:pStyle w:val="Header"/>
      <w:jc w:val="center"/>
    </w:pPr>
    <w:r>
      <w:rPr>
        <w:noProof/>
      </w:rPr>
      <w:drawing>
        <wp:inline distT="0" distB="0" distL="0" distR="0" wp14:anchorId="129A7EA6" wp14:editId="4BF963E5">
          <wp:extent cx="50292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aps_logo_base.png"/>
                  <pic:cNvPicPr/>
                </pic:nvPicPr>
                <pic:blipFill>
                  <a:blip r:embed="rId1"/>
                  <a:stretch>
                    <a:fillRect/>
                  </a:stretch>
                </pic:blipFill>
                <pic:spPr>
                  <a:xfrm>
                    <a:off x="0" y="0"/>
                    <a:ext cx="502920" cy="502920"/>
                  </a:xfrm>
                  <a:prstGeom prst="rect">
                    <a:avLst/>
                  </a:prstGeom>
                </pic:spPr>
              </pic:pic>
            </a:graphicData>
          </a:graphic>
        </wp:inline>
      </w:drawing>
    </w:r>
  </w:p>
  <w:p w14:paraId="37842CA8" w14:textId="77777777" w:rsidR="00A04D41" w:rsidRDefault="00000000">
    <w:pPr>
      <w:jc w:val="center"/>
    </w:pPr>
    <w:r>
      <w:rPr>
        <w:b/>
      </w:rPr>
      <w:t>YOUTH CRICKET FOR AMERICAN PARKS AND SCHOOLS</w:t>
    </w:r>
  </w:p>
  <w:p w14:paraId="64B1FB86" w14:textId="77777777" w:rsidR="00A04D41" w:rsidRDefault="00000000">
    <w:pPr>
      <w:spacing w:after="80"/>
      <w:jc w:val="center"/>
    </w:pPr>
    <w:r>
      <w:rPr>
        <w:b/>
      </w:rPr>
      <w:t>YCAPS Volunteer Enrollment &amp; Consent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819928302">
    <w:abstractNumId w:val="8"/>
  </w:num>
  <w:num w:numId="2" w16cid:durableId="1758557621">
    <w:abstractNumId w:val="6"/>
  </w:num>
  <w:num w:numId="3" w16cid:durableId="764309302">
    <w:abstractNumId w:val="5"/>
  </w:num>
  <w:num w:numId="4" w16cid:durableId="1089617727">
    <w:abstractNumId w:val="4"/>
  </w:num>
  <w:num w:numId="5" w16cid:durableId="467020268">
    <w:abstractNumId w:val="7"/>
  </w:num>
  <w:num w:numId="6" w16cid:durableId="468475844">
    <w:abstractNumId w:val="3"/>
  </w:num>
  <w:num w:numId="7" w16cid:durableId="1005935027">
    <w:abstractNumId w:val="2"/>
  </w:num>
  <w:num w:numId="8" w16cid:durableId="2008551813">
    <w:abstractNumId w:val="1"/>
  </w:num>
  <w:num w:numId="9" w16cid:durableId="798840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721B"/>
    <w:rsid w:val="0015074B"/>
    <w:rsid w:val="0029639D"/>
    <w:rsid w:val="00326F90"/>
    <w:rsid w:val="00356081"/>
    <w:rsid w:val="00A04D41"/>
    <w:rsid w:val="00AA1D8D"/>
    <w:rsid w:val="00B47730"/>
    <w:rsid w:val="00CB0664"/>
    <w:rsid w:val="00E946E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56F1912A-77CA-0044-A49D-F793D30F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4420</Characters>
  <Application>Microsoft Office Word</Application>
  <DocSecurity>0</DocSecurity>
  <Lines>79</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Krishnan Iyer (YCAPS)</cp:lastModifiedBy>
  <cp:revision>2</cp:revision>
  <dcterms:created xsi:type="dcterms:W3CDTF">2013-12-23T23:15:00Z</dcterms:created>
  <dcterms:modified xsi:type="dcterms:W3CDTF">2026-03-30T03:43:00Z</dcterms:modified>
  <cp:category/>
</cp:coreProperties>
</file>